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F848" w14:textId="0D18BF38" w:rsidR="00256C94" w:rsidRDefault="00256C94"/>
    <w:p w14:paraId="4CEA1EBE" w14:textId="20B86516" w:rsidR="00F51743" w:rsidRDefault="00F51743" w:rsidP="0009283F">
      <w:pPr>
        <w:jc w:val="center"/>
      </w:pPr>
    </w:p>
    <w:p w14:paraId="3BC6EBC4" w14:textId="63A581DB" w:rsidR="00F51743" w:rsidRDefault="00F51743"/>
    <w:p w14:paraId="5B104C1E" w14:textId="5F73A47E" w:rsidR="00F51743" w:rsidRDefault="00CC1E41">
      <w:r w:rsidRPr="00B9059A">
        <w:rPr>
          <w:noProof/>
        </w:rPr>
        <w:drawing>
          <wp:anchor distT="0" distB="0" distL="114300" distR="114300" simplePos="0" relativeHeight="251653632" behindDoc="1" locked="0" layoutInCell="1" allowOverlap="1" wp14:anchorId="32011FCC" wp14:editId="3C6ABCF2">
            <wp:simplePos x="0" y="0"/>
            <wp:positionH relativeFrom="column">
              <wp:posOffset>699135</wp:posOffset>
            </wp:positionH>
            <wp:positionV relativeFrom="paragraph">
              <wp:posOffset>184785</wp:posOffset>
            </wp:positionV>
            <wp:extent cx="4003675" cy="4003675"/>
            <wp:effectExtent l="0" t="0" r="0" b="0"/>
            <wp:wrapNone/>
            <wp:docPr id="1121965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9657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03675" cy="400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FFDF35" w14:textId="77777777" w:rsidR="00F51743" w:rsidRDefault="00F51743"/>
    <w:p w14:paraId="6A4C4BC5" w14:textId="77777777" w:rsidR="00F51743" w:rsidRDefault="00F51743"/>
    <w:p w14:paraId="7E4C4544" w14:textId="77777777" w:rsidR="0009283F" w:rsidRDefault="0009283F" w:rsidP="0009283F">
      <w:pPr>
        <w:pStyle w:val="Heading1"/>
        <w:jc w:val="center"/>
      </w:pPr>
    </w:p>
    <w:p w14:paraId="55E5C62B" w14:textId="77777777" w:rsidR="0009283F" w:rsidRDefault="0009283F">
      <w:pPr>
        <w:pStyle w:val="Heading1"/>
        <w:jc w:val="center"/>
      </w:pPr>
    </w:p>
    <w:p w14:paraId="1D3DD104" w14:textId="77777777" w:rsidR="0009283F" w:rsidRDefault="0009283F">
      <w:pPr>
        <w:pStyle w:val="Heading1"/>
        <w:jc w:val="center"/>
      </w:pPr>
    </w:p>
    <w:p w14:paraId="717661DF" w14:textId="77777777" w:rsidR="0009283F" w:rsidRDefault="0009283F">
      <w:pPr>
        <w:pStyle w:val="Heading1"/>
        <w:jc w:val="center"/>
      </w:pPr>
    </w:p>
    <w:p w14:paraId="356F4540" w14:textId="77777777" w:rsidR="0009283F" w:rsidRDefault="0009283F">
      <w:pPr>
        <w:pStyle w:val="Heading1"/>
        <w:jc w:val="center"/>
      </w:pPr>
    </w:p>
    <w:p w14:paraId="1F48AA93" w14:textId="77777777" w:rsidR="00CC1E41" w:rsidRDefault="00000000">
      <w:pPr>
        <w:pStyle w:val="Heading1"/>
        <w:jc w:val="center"/>
      </w:pPr>
      <w:r>
        <w:t>2</w:t>
      </w:r>
    </w:p>
    <w:p w14:paraId="372A9E1B" w14:textId="2AFF26F4" w:rsidR="00256C94" w:rsidRDefault="00D87E9B">
      <w:pPr>
        <w:pStyle w:val="Heading1"/>
        <w:jc w:val="center"/>
      </w:pPr>
      <w:r>
        <w:t>2026–2027 Enrollment Packet</w:t>
      </w:r>
      <w:r>
        <w:br/>
      </w:r>
    </w:p>
    <w:p w14:paraId="790053E3" w14:textId="77777777" w:rsidR="00256C94" w:rsidRDefault="00000000">
      <w:r>
        <w:br w:type="page"/>
      </w:r>
    </w:p>
    <w:p w14:paraId="7A05FE21" w14:textId="6B70CA7E" w:rsidR="007131C1" w:rsidRDefault="00533E8C" w:rsidP="00CC1E41">
      <w:pPr>
        <w:pStyle w:val="Heading2"/>
        <w:jc w:val="center"/>
      </w:pPr>
      <w:r>
        <w:rPr>
          <w:noProof/>
        </w:rPr>
        <w:lastRenderedPageBreak/>
        <w:drawing>
          <wp:anchor distT="0" distB="0" distL="114300" distR="114300" simplePos="0" relativeHeight="251666944" behindDoc="0" locked="0" layoutInCell="1" allowOverlap="1" wp14:anchorId="7FE816EA" wp14:editId="17458057">
            <wp:simplePos x="0" y="0"/>
            <wp:positionH relativeFrom="column">
              <wp:posOffset>1397000</wp:posOffset>
            </wp:positionH>
            <wp:positionV relativeFrom="paragraph">
              <wp:posOffset>197273</wp:posOffset>
            </wp:positionV>
            <wp:extent cx="2759288" cy="2069465"/>
            <wp:effectExtent l="0" t="0" r="0" b="635"/>
            <wp:wrapNone/>
            <wp:docPr id="9064848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84894" name="Picture 90648489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59288" cy="2069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912C98" w14:textId="411DC94B" w:rsidR="007131C1" w:rsidRDefault="007131C1" w:rsidP="00CC1E41">
      <w:pPr>
        <w:pStyle w:val="Heading2"/>
        <w:jc w:val="center"/>
      </w:pPr>
    </w:p>
    <w:p w14:paraId="19C7C74C" w14:textId="210DA7CA" w:rsidR="007131C1" w:rsidRDefault="007131C1" w:rsidP="00CC1E41">
      <w:pPr>
        <w:pStyle w:val="Heading2"/>
        <w:jc w:val="center"/>
      </w:pPr>
    </w:p>
    <w:p w14:paraId="3F702495" w14:textId="6C7CEF4E" w:rsidR="007131C1" w:rsidRDefault="007131C1" w:rsidP="00CC1E41">
      <w:pPr>
        <w:pStyle w:val="Heading2"/>
        <w:jc w:val="center"/>
      </w:pPr>
    </w:p>
    <w:p w14:paraId="22BB1620" w14:textId="55E4BD49" w:rsidR="007131C1" w:rsidRDefault="007131C1" w:rsidP="00CC1E41">
      <w:pPr>
        <w:pStyle w:val="Heading2"/>
        <w:jc w:val="center"/>
      </w:pPr>
    </w:p>
    <w:p w14:paraId="598D276A" w14:textId="661FC260" w:rsidR="007131C1" w:rsidRDefault="007131C1" w:rsidP="00CC1E41">
      <w:pPr>
        <w:pStyle w:val="Heading2"/>
        <w:jc w:val="center"/>
      </w:pPr>
    </w:p>
    <w:p w14:paraId="182C09E6" w14:textId="77777777" w:rsidR="00533E8C" w:rsidRDefault="00533E8C" w:rsidP="00CC1E41">
      <w:pPr>
        <w:pStyle w:val="Heading2"/>
        <w:jc w:val="center"/>
        <w:rPr>
          <w:rFonts w:ascii="Chalkboard" w:hAnsi="Chalkboard"/>
          <w:sz w:val="28"/>
          <w:szCs w:val="28"/>
        </w:rPr>
      </w:pPr>
    </w:p>
    <w:p w14:paraId="1C9F22C1" w14:textId="6FEAA796" w:rsidR="00256C94" w:rsidRPr="00D87E9B" w:rsidRDefault="00000000" w:rsidP="00CC1E41">
      <w:pPr>
        <w:pStyle w:val="Heading2"/>
        <w:jc w:val="center"/>
        <w:rPr>
          <w:rFonts w:ascii="Chalkboard" w:hAnsi="Chalkboard"/>
          <w:sz w:val="28"/>
          <w:szCs w:val="28"/>
        </w:rPr>
      </w:pPr>
      <w:r w:rsidRPr="00D87E9B">
        <w:rPr>
          <w:rFonts w:ascii="Chalkboard" w:hAnsi="Chalkboard"/>
          <w:sz w:val="28"/>
          <w:szCs w:val="28"/>
        </w:rPr>
        <w:t>Welcome Letter</w:t>
      </w:r>
    </w:p>
    <w:p w14:paraId="2979348F" w14:textId="77777777" w:rsidR="00CC1E41" w:rsidRPr="00D87E9B" w:rsidRDefault="00CC1E41">
      <w:pPr>
        <w:rPr>
          <w:rFonts w:ascii="Chalkboard" w:hAnsi="Chalkboard"/>
          <w:sz w:val="28"/>
          <w:szCs w:val="28"/>
        </w:rPr>
      </w:pPr>
    </w:p>
    <w:p w14:paraId="637A8447" w14:textId="77777777" w:rsidR="00CC1E41" w:rsidRPr="00D87E9B" w:rsidRDefault="00CC1E41">
      <w:pPr>
        <w:rPr>
          <w:rFonts w:ascii="Chalkboard" w:hAnsi="Chalkboard"/>
          <w:sz w:val="28"/>
          <w:szCs w:val="28"/>
        </w:rPr>
      </w:pPr>
    </w:p>
    <w:p w14:paraId="11394DE9" w14:textId="77777777" w:rsidR="00617D54" w:rsidRPr="00D87E9B" w:rsidRDefault="00000000">
      <w:pPr>
        <w:rPr>
          <w:rFonts w:ascii="Chalkboard" w:hAnsi="Chalkboard"/>
          <w:sz w:val="28"/>
          <w:szCs w:val="28"/>
        </w:rPr>
      </w:pPr>
      <w:r w:rsidRPr="00D87E9B">
        <w:rPr>
          <w:rFonts w:ascii="Chalkboard" w:hAnsi="Chalkboard"/>
          <w:sz w:val="28"/>
          <w:szCs w:val="28"/>
        </w:rPr>
        <w:t>De</w:t>
      </w:r>
      <w:r w:rsidR="00CC1E41" w:rsidRPr="00D87E9B">
        <w:rPr>
          <w:rFonts w:ascii="Chalkboard" w:hAnsi="Chalkboard"/>
          <w:sz w:val="28"/>
          <w:szCs w:val="28"/>
        </w:rPr>
        <w:t xml:space="preserve">ar Returning and Prospective </w:t>
      </w:r>
      <w:r w:rsidRPr="00D87E9B">
        <w:rPr>
          <w:rFonts w:ascii="Chalkboard" w:hAnsi="Chalkboard"/>
          <w:sz w:val="28"/>
          <w:szCs w:val="28"/>
        </w:rPr>
        <w:t>S.A.I.L. Family,</w:t>
      </w:r>
      <w:r w:rsidRPr="00D87E9B">
        <w:rPr>
          <w:rFonts w:ascii="Chalkboard" w:hAnsi="Chalkboard"/>
          <w:sz w:val="28"/>
          <w:szCs w:val="28"/>
        </w:rPr>
        <w:br/>
      </w:r>
      <w:r w:rsidRPr="00D87E9B">
        <w:rPr>
          <w:rFonts w:ascii="Chalkboard" w:hAnsi="Chalkboard"/>
          <w:sz w:val="28"/>
          <w:szCs w:val="28"/>
        </w:rPr>
        <w:br/>
        <w:t>Thank you for choosing Strategic Academy of Innovative Learning. We are committed to providing a safe, nurturing, and individualized learning environment where every child is encouraged to learn at their own pace and reach their fullest potential.</w:t>
      </w:r>
      <w:r w:rsidRPr="00D87E9B">
        <w:rPr>
          <w:rFonts w:ascii="Chalkboard" w:hAnsi="Chalkboard"/>
          <w:sz w:val="28"/>
          <w:szCs w:val="28"/>
        </w:rPr>
        <w:br/>
      </w:r>
      <w:r w:rsidRPr="00D87E9B">
        <w:rPr>
          <w:rFonts w:ascii="Chalkboard" w:hAnsi="Chalkboard"/>
          <w:sz w:val="28"/>
          <w:szCs w:val="28"/>
        </w:rPr>
        <w:br/>
        <w:t>We look forward to partnering with your family throughout the school year.</w:t>
      </w:r>
      <w:r w:rsidRPr="00D87E9B">
        <w:rPr>
          <w:rFonts w:ascii="Chalkboard" w:hAnsi="Chalkboard"/>
          <w:sz w:val="28"/>
          <w:szCs w:val="28"/>
        </w:rPr>
        <w:br/>
      </w:r>
      <w:r w:rsidRPr="00D87E9B">
        <w:rPr>
          <w:rFonts w:ascii="Chalkboard" w:hAnsi="Chalkboard"/>
          <w:sz w:val="28"/>
          <w:szCs w:val="28"/>
        </w:rPr>
        <w:br/>
        <w:t>Sincerely,</w:t>
      </w:r>
    </w:p>
    <w:p w14:paraId="0267B20B" w14:textId="5414A2D3" w:rsidR="00E0373D" w:rsidRPr="00D87E9B" w:rsidRDefault="00617D54">
      <w:pPr>
        <w:rPr>
          <w:rFonts w:ascii="Chalkboard" w:hAnsi="Chalkboard"/>
          <w:sz w:val="28"/>
          <w:szCs w:val="28"/>
        </w:rPr>
      </w:pPr>
      <w:r w:rsidRPr="00D87E9B">
        <w:rPr>
          <w:rFonts w:ascii="Chalkboard" w:hAnsi="Chalkboard"/>
          <w:sz w:val="28"/>
          <w:szCs w:val="28"/>
        </w:rPr>
        <w:t>Sharon Arsenault</w:t>
      </w:r>
      <w:r w:rsidRPr="00D87E9B">
        <w:rPr>
          <w:rFonts w:ascii="Chalkboard" w:hAnsi="Chalkboard"/>
          <w:sz w:val="28"/>
          <w:szCs w:val="28"/>
        </w:rPr>
        <w:br/>
        <w:t>Head of School</w:t>
      </w:r>
    </w:p>
    <w:p w14:paraId="2005002F" w14:textId="2A9ADD9F" w:rsidR="00256C94" w:rsidRDefault="00256C94"/>
    <w:p w14:paraId="068950FA" w14:textId="5CF4429D" w:rsidR="00533E8C" w:rsidRDefault="00000000" w:rsidP="00533E8C">
      <w:r>
        <w:br w:type="page"/>
      </w:r>
    </w:p>
    <w:p w14:paraId="38DE65D0" w14:textId="43E36AE9" w:rsidR="00256C94" w:rsidRDefault="00000000">
      <w:pPr>
        <w:pStyle w:val="Heading2"/>
      </w:pPr>
      <w:r>
        <w:lastRenderedPageBreak/>
        <w:t xml:space="preserve">Mission </w:t>
      </w:r>
      <w:r w:rsidR="00135FBF">
        <w:t>Statement</w:t>
      </w:r>
    </w:p>
    <w:p w14:paraId="23A776EF" w14:textId="77777777" w:rsidR="00135FBF" w:rsidRDefault="00135FBF" w:rsidP="00135FBF">
      <w:pPr>
        <w:pStyle w:val="Heading3"/>
        <w:rPr>
          <w:rStyle w:val="Strong"/>
          <w:rFonts w:ascii="Open Sans" w:hAnsi="Open Sans" w:cs="Open Sans"/>
          <w:b/>
          <w:bCs/>
          <w:i/>
          <w:iCs/>
        </w:rPr>
      </w:pPr>
      <w:r>
        <w:rPr>
          <w:rStyle w:val="Strong"/>
          <w:rFonts w:ascii="Open Sans" w:hAnsi="Open Sans" w:cs="Open Sans"/>
          <w:b/>
          <w:bCs/>
          <w:i/>
          <w:iCs/>
        </w:rPr>
        <w:t>Our mission is to provide a safe alternative to public</w:t>
      </w:r>
      <w:r>
        <w:rPr>
          <w:rStyle w:val="apple-converted-space"/>
          <w:rFonts w:ascii="Open Sans" w:hAnsi="Open Sans" w:cs="Open Sans"/>
          <w:i/>
          <w:iCs/>
        </w:rPr>
        <w:t> </w:t>
      </w:r>
      <w:r>
        <w:rPr>
          <w:rStyle w:val="Strong"/>
          <w:rFonts w:ascii="Open Sans" w:hAnsi="Open Sans" w:cs="Open Sans"/>
          <w:b/>
          <w:bCs/>
          <w:i/>
          <w:iCs/>
        </w:rPr>
        <w:t>school, while allowing</w:t>
      </w:r>
      <w:r>
        <w:rPr>
          <w:rStyle w:val="apple-converted-space"/>
          <w:rFonts w:ascii="Open Sans" w:hAnsi="Open Sans" w:cs="Open Sans"/>
          <w:i/>
          <w:iCs/>
        </w:rPr>
        <w:t> </w:t>
      </w:r>
      <w:r>
        <w:rPr>
          <w:rStyle w:val="Strong"/>
          <w:rFonts w:ascii="Open Sans" w:hAnsi="Open Sans" w:cs="Open Sans"/>
          <w:b/>
          <w:bCs/>
          <w:i/>
          <w:iCs/>
        </w:rPr>
        <w:t>students to work at their</w:t>
      </w:r>
      <w:r>
        <w:rPr>
          <w:rStyle w:val="apple-converted-space"/>
          <w:rFonts w:ascii="Open Sans" w:hAnsi="Open Sans" w:cs="Open Sans"/>
          <w:i/>
          <w:iCs/>
        </w:rPr>
        <w:t> </w:t>
      </w:r>
      <w:r>
        <w:rPr>
          <w:rStyle w:val="Strong"/>
          <w:rFonts w:ascii="Open Sans" w:hAnsi="Open Sans" w:cs="Open Sans"/>
          <w:b/>
          <w:bCs/>
          <w:i/>
          <w:iCs/>
        </w:rPr>
        <w:t>own level and at their own pace, so that they become</w:t>
      </w:r>
      <w:r>
        <w:rPr>
          <w:rStyle w:val="apple-converted-space"/>
          <w:rFonts w:ascii="Open Sans" w:hAnsi="Open Sans" w:cs="Open Sans"/>
          <w:i/>
          <w:iCs/>
        </w:rPr>
        <w:t> </w:t>
      </w:r>
      <w:r>
        <w:rPr>
          <w:rStyle w:val="Strong"/>
          <w:rFonts w:ascii="Open Sans" w:hAnsi="Open Sans" w:cs="Open Sans"/>
          <w:b/>
          <w:bCs/>
          <w:i/>
          <w:iCs/>
        </w:rPr>
        <w:t xml:space="preserve">empowered, lifelong learners.  </w:t>
      </w:r>
    </w:p>
    <w:p w14:paraId="5A5730BB" w14:textId="77777777" w:rsidR="00135FBF" w:rsidRDefault="00135FBF" w:rsidP="00135FBF">
      <w:pPr>
        <w:pStyle w:val="Heading3"/>
        <w:rPr>
          <w:rStyle w:val="Strong"/>
          <w:rFonts w:ascii="Open Sans" w:hAnsi="Open Sans" w:cs="Open Sans"/>
          <w:b/>
          <w:bCs/>
          <w:i/>
          <w:iCs/>
        </w:rPr>
      </w:pPr>
    </w:p>
    <w:p w14:paraId="7F9C6EFB" w14:textId="0638D70B" w:rsidR="00135FBF" w:rsidRDefault="00135FBF" w:rsidP="00135FBF">
      <w:pPr>
        <w:pStyle w:val="Heading3"/>
        <w:rPr>
          <w:rStyle w:val="Strong"/>
          <w:rFonts w:ascii="Open Sans" w:hAnsi="Open Sans" w:cs="Open Sans"/>
          <w:b/>
          <w:bCs/>
          <w:i/>
          <w:iCs/>
        </w:rPr>
      </w:pPr>
      <w:r>
        <w:rPr>
          <w:rStyle w:val="Strong"/>
          <w:rFonts w:ascii="Open Sans" w:hAnsi="Open Sans" w:cs="Open Sans"/>
          <w:b/>
          <w:bCs/>
          <w:i/>
          <w:iCs/>
        </w:rPr>
        <w:t>Vision</w:t>
      </w:r>
      <w:r>
        <w:rPr>
          <w:rStyle w:val="Strong"/>
          <w:rFonts w:ascii="Open Sans" w:hAnsi="Open Sans" w:cs="Open Sans"/>
          <w:b/>
          <w:bCs/>
          <w:i/>
          <w:iCs/>
        </w:rPr>
        <w:br/>
      </w:r>
      <w:r>
        <w:rPr>
          <w:rStyle w:val="Strong"/>
          <w:rFonts w:ascii="Open Sans" w:hAnsi="Open Sans" w:cs="Open Sans"/>
          <w:b/>
          <w:bCs/>
          <w:i/>
          <w:iCs/>
        </w:rPr>
        <w:br/>
        <w:t>Every child succeeds through personalized learning, strong family partnerships, and a supportive school community.</w:t>
      </w:r>
    </w:p>
    <w:p w14:paraId="7B850748" w14:textId="77777777" w:rsidR="00537AC1" w:rsidRDefault="00537AC1" w:rsidP="00537AC1"/>
    <w:p w14:paraId="1F40CB1F" w14:textId="77777777" w:rsidR="00537AC1" w:rsidRDefault="00537AC1" w:rsidP="009B72E8">
      <w:pPr>
        <w:pStyle w:val="Heading2"/>
        <w:jc w:val="center"/>
      </w:pPr>
      <w:r>
        <w:t>Why Choose S.A.I.L.?</w:t>
      </w:r>
    </w:p>
    <w:p w14:paraId="13BD2BBF" w14:textId="35F65807" w:rsidR="00537AC1" w:rsidRDefault="00537AC1" w:rsidP="009B72E8">
      <w:pPr>
        <w:jc w:val="center"/>
      </w:pPr>
      <w:r>
        <w:t>• Small class sizes</w:t>
      </w:r>
      <w:r>
        <w:br/>
        <w:t>• Individualized instruction</w:t>
      </w:r>
      <w:r>
        <w:br/>
        <w:t>• Students work at their own pace</w:t>
      </w:r>
      <w:r>
        <w:br/>
        <w:t>• Caring teachers</w:t>
      </w:r>
      <w:r>
        <w:br/>
        <w:t>• Safe learning environment</w:t>
      </w:r>
      <w:r>
        <w:br/>
        <w:t>• We accept EFA scholarships</w:t>
      </w:r>
      <w:r>
        <w:br/>
        <w:t>• Flexible payment plans</w:t>
      </w:r>
    </w:p>
    <w:p w14:paraId="170112F4" w14:textId="469BCFB2" w:rsidR="00537AC1" w:rsidRPr="00537AC1" w:rsidRDefault="009B72E8" w:rsidP="00537AC1">
      <w:r>
        <w:rPr>
          <w:noProof/>
        </w:rPr>
        <w:drawing>
          <wp:anchor distT="0" distB="0" distL="114300" distR="114300" simplePos="0" relativeHeight="251661824" behindDoc="0" locked="0" layoutInCell="1" allowOverlap="1" wp14:anchorId="72A3D5AE" wp14:editId="78F04332">
            <wp:simplePos x="0" y="0"/>
            <wp:positionH relativeFrom="column">
              <wp:posOffset>-828040</wp:posOffset>
            </wp:positionH>
            <wp:positionV relativeFrom="paragraph">
              <wp:posOffset>201285</wp:posOffset>
            </wp:positionV>
            <wp:extent cx="3077980" cy="2308485"/>
            <wp:effectExtent l="0" t="0" r="0" b="3175"/>
            <wp:wrapNone/>
            <wp:docPr id="19900728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072843" name="Picture 199007284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77980" cy="230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4A578" w14:textId="41755EC5" w:rsidR="00256C94" w:rsidRDefault="009B72E8">
      <w:r>
        <w:rPr>
          <w:noProof/>
        </w:rPr>
        <w:drawing>
          <wp:anchor distT="0" distB="0" distL="114300" distR="114300" simplePos="0" relativeHeight="251665920" behindDoc="1" locked="0" layoutInCell="1" allowOverlap="1" wp14:anchorId="3FDFD0C1" wp14:editId="479E9269">
            <wp:simplePos x="0" y="0"/>
            <wp:positionH relativeFrom="column">
              <wp:posOffset>1996300</wp:posOffset>
            </wp:positionH>
            <wp:positionV relativeFrom="paragraph">
              <wp:posOffset>253769</wp:posOffset>
            </wp:positionV>
            <wp:extent cx="4104217" cy="3078163"/>
            <wp:effectExtent l="5080" t="0" r="3175" b="3175"/>
            <wp:wrapNone/>
            <wp:docPr id="7510447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044780" name="Picture 75104478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27482" cy="309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.</w:t>
      </w:r>
    </w:p>
    <w:p w14:paraId="327CBC52" w14:textId="5E38BB46" w:rsidR="00256C94" w:rsidRDefault="00000000">
      <w:r>
        <w:br w:type="page"/>
      </w:r>
    </w:p>
    <w:p w14:paraId="5DFCCE5A" w14:textId="77777777" w:rsidR="00266BE4" w:rsidRDefault="00266BE4" w:rsidP="00266BE4">
      <w:pPr>
        <w:pStyle w:val="Heading2"/>
        <w:jc w:val="center"/>
      </w:pPr>
      <w:r>
        <w:lastRenderedPageBreak/>
        <w:t>Student Registration</w:t>
      </w:r>
    </w:p>
    <w:p w14:paraId="14BD9DCA" w14:textId="77777777" w:rsidR="00266BE4" w:rsidRPr="00266BE4" w:rsidRDefault="00266BE4" w:rsidP="00266BE4"/>
    <w:p w14:paraId="42480320" w14:textId="5C6950F4" w:rsidR="00266BE4" w:rsidRDefault="00266BE4" w:rsidP="00266BE4">
      <w:r>
        <w:t>Student Name: _____________________________________________________________________________________</w:t>
      </w:r>
      <w:r>
        <w:br/>
      </w:r>
      <w:r>
        <w:br/>
        <w:t>Preferred Name: ___________________________________________________________________________________</w:t>
      </w:r>
    </w:p>
    <w:p w14:paraId="468531C7" w14:textId="6650CD94" w:rsidR="00266BE4" w:rsidRDefault="00266BE4" w:rsidP="00266BE4">
      <w:r>
        <w:t>Date of Birth: ___________________________________</w:t>
      </w:r>
      <w:r>
        <w:br/>
      </w:r>
      <w:r>
        <w:br/>
        <w:t>Entering Grade: Pre-K4 / K / 1 / 2 / 3 / 4 / 5 / 6 / 7 / 8 / 9</w:t>
      </w:r>
      <w:r>
        <w:br/>
      </w:r>
      <w:r>
        <w:br/>
        <w:t>Address: _____________________________________________________________________________________________</w:t>
      </w:r>
      <w:r>
        <w:br/>
      </w:r>
      <w:r>
        <w:br/>
        <w:t>City/State/Zip: __________________________________  State_________</w:t>
      </w:r>
      <w:r w:rsidR="009B72E8">
        <w:t xml:space="preserve"> zip__________</w:t>
      </w:r>
      <w:r w:rsidR="009B72E8">
        <w:br/>
      </w:r>
      <w:r>
        <w:br/>
        <w:t>Previous School: ____________________________________</w:t>
      </w:r>
      <w:r w:rsidR="009B72E8">
        <w:t>________________________________________________</w:t>
      </w:r>
    </w:p>
    <w:p w14:paraId="62E61334" w14:textId="5BB17573" w:rsidR="001627CC" w:rsidRDefault="001627CC" w:rsidP="00266BE4">
      <w:r>
        <w:t>Parent(s) names _____________________________________ _ _____________________________________________</w:t>
      </w:r>
      <w:r w:rsidR="00575CB2">
        <w:br/>
      </w:r>
      <w:r w:rsidR="00575CB2">
        <w:br/>
        <w:t>Parent Telephone_____________________________________  ______________________________________________</w:t>
      </w:r>
      <w:r w:rsidR="00575CB2">
        <w:br/>
      </w:r>
      <w:r w:rsidR="00575CB2">
        <w:tab/>
      </w:r>
      <w:r w:rsidR="00575CB2">
        <w:tab/>
      </w:r>
      <w:r w:rsidR="00575CB2">
        <w:tab/>
      </w:r>
      <w:r w:rsidR="00575CB2">
        <w:tab/>
        <w:t>Mom</w:t>
      </w:r>
      <w:r w:rsidR="00575CB2">
        <w:tab/>
      </w:r>
      <w:r w:rsidR="00575CB2">
        <w:tab/>
      </w:r>
      <w:r w:rsidR="00575CB2">
        <w:tab/>
      </w:r>
      <w:r w:rsidR="00575CB2">
        <w:tab/>
      </w:r>
      <w:r w:rsidR="00575CB2">
        <w:tab/>
        <w:t>Dad</w:t>
      </w:r>
    </w:p>
    <w:p w14:paraId="2293F222" w14:textId="2847BBB2" w:rsidR="001627CC" w:rsidRDefault="00575CB2" w:rsidP="00266BE4">
      <w:r>
        <w:t>Who can pick up my child (ID will be required)</w:t>
      </w:r>
    </w:p>
    <w:p w14:paraId="4E6D09C5" w14:textId="76384AAB" w:rsidR="00575CB2" w:rsidRDefault="00575CB2" w:rsidP="00266BE4">
      <w:r>
        <w:t>______________________________________.   _________________________________________  _______________________</w:t>
      </w:r>
      <w:r>
        <w:br/>
      </w:r>
      <w:r>
        <w:tab/>
      </w:r>
      <w:r>
        <w:tab/>
        <w:t>Name</w:t>
      </w:r>
      <w:r>
        <w:tab/>
      </w:r>
      <w:r>
        <w:tab/>
      </w:r>
      <w:r>
        <w:tab/>
      </w:r>
      <w:r>
        <w:tab/>
        <w:t>Phone</w:t>
      </w:r>
      <w:r>
        <w:tab/>
      </w:r>
      <w:r>
        <w:tab/>
      </w:r>
      <w:r>
        <w:tab/>
        <w:t xml:space="preserve">          Relationship</w:t>
      </w:r>
    </w:p>
    <w:p w14:paraId="2A1B79B3" w14:textId="77777777" w:rsidR="00575CB2" w:rsidRDefault="00575CB2" w:rsidP="00575CB2">
      <w:r>
        <w:t>______________________________________.   _________________________________________  _______________________</w:t>
      </w:r>
      <w:r>
        <w:br/>
      </w:r>
      <w:r>
        <w:tab/>
      </w:r>
      <w:r>
        <w:tab/>
        <w:t>Name</w:t>
      </w:r>
      <w:r>
        <w:tab/>
      </w:r>
      <w:r>
        <w:tab/>
      </w:r>
      <w:r>
        <w:tab/>
      </w:r>
      <w:r>
        <w:tab/>
        <w:t>Phone</w:t>
      </w:r>
      <w:r>
        <w:tab/>
      </w:r>
      <w:r>
        <w:tab/>
      </w:r>
      <w:r>
        <w:tab/>
        <w:t xml:space="preserve">          Relationship</w:t>
      </w:r>
    </w:p>
    <w:p w14:paraId="7B1881CB" w14:textId="5BF5FE15" w:rsidR="00575CB2" w:rsidRDefault="00575CB2" w:rsidP="00575CB2">
      <w:r>
        <w:t>Is there anyone not allowed to pick up your child?    Yes</w:t>
      </w:r>
      <w:r>
        <w:tab/>
        <w:t>No.      (if yes, list name)</w:t>
      </w:r>
    </w:p>
    <w:p w14:paraId="25587CE7" w14:textId="7F21143F" w:rsidR="00575CB2" w:rsidRDefault="00575CB2" w:rsidP="00575CB2">
      <w:r>
        <w:t>Does your child have any allergies?  Y</w:t>
      </w:r>
      <w:r w:rsidR="00E6362D">
        <w:t>es</w:t>
      </w:r>
      <w:r w:rsidR="00E6362D">
        <w:tab/>
        <w:t>No         (if yes, please list on back of sheet)</w:t>
      </w:r>
    </w:p>
    <w:p w14:paraId="51E28865" w14:textId="736446E6" w:rsidR="00256C94" w:rsidRDefault="00256C94"/>
    <w:p w14:paraId="7A976580" w14:textId="77777777" w:rsidR="00256C94" w:rsidRDefault="00000000">
      <w:pPr>
        <w:pStyle w:val="Heading2"/>
      </w:pPr>
      <w:r>
        <w:t>Enrollment Checklist</w:t>
      </w:r>
    </w:p>
    <w:p w14:paraId="1D1DE566" w14:textId="77777777" w:rsidR="00256C94" w:rsidRDefault="00000000">
      <w:r>
        <w:t>☐ Registration Form</w:t>
      </w:r>
      <w:r>
        <w:br/>
        <w:t>☐ Birth Certificate</w:t>
      </w:r>
      <w:r>
        <w:br/>
        <w:t>☐ Immunization Records</w:t>
      </w:r>
      <w:r>
        <w:br/>
        <w:t>☐ Proof of Residency</w:t>
      </w:r>
      <w:r>
        <w:br/>
        <w:t>☐ Emergency Contacts</w:t>
      </w:r>
      <w:r>
        <w:br/>
        <w:t>☐ Medical Forms</w:t>
      </w:r>
      <w:r>
        <w:br/>
        <w:t>☐ Records Release</w:t>
      </w:r>
      <w:r>
        <w:br/>
        <w:t>☐ Tuition Agreement</w:t>
      </w:r>
    </w:p>
    <w:p w14:paraId="465FBFBA" w14:textId="1836EB89" w:rsidR="00057EBE" w:rsidRPr="00057EBE" w:rsidRDefault="00000000" w:rsidP="00057EBE">
      <w:pPr>
        <w:pStyle w:val="Heading2"/>
        <w:jc w:val="center"/>
      </w:pPr>
      <w:r>
        <w:br w:type="page"/>
      </w:r>
      <w:r w:rsidR="00057EBE">
        <w:rPr>
          <w:color w:val="000000"/>
        </w:rPr>
        <w:lastRenderedPageBreak/>
        <w:t>Student Medical Release &amp; Emergency Authorization Form</w:t>
      </w:r>
    </w:p>
    <w:p w14:paraId="624B118B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School Year: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</w:t>
      </w:r>
    </w:p>
    <w:p w14:paraId="74ECEC91" w14:textId="77777777" w:rsidR="00057EBE" w:rsidRDefault="00057EBE" w:rsidP="00057EBE">
      <w:pPr>
        <w:pStyle w:val="Heading3"/>
        <w:rPr>
          <w:color w:val="000000"/>
        </w:rPr>
      </w:pPr>
      <w:r>
        <w:rPr>
          <w:color w:val="000000"/>
        </w:rPr>
        <w:t>Student Information</w:t>
      </w:r>
    </w:p>
    <w:p w14:paraId="403C662B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Student Name: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</w:t>
      </w:r>
    </w:p>
    <w:p w14:paraId="6828643F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Date of Birth: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</w:t>
      </w:r>
      <w:r>
        <w:rPr>
          <w:rStyle w:val="apple-converted-space"/>
          <w:color w:val="000000"/>
        </w:rPr>
        <w:t>  </w:t>
      </w:r>
      <w:r>
        <w:rPr>
          <w:rStyle w:val="Strong"/>
          <w:color w:val="000000"/>
        </w:rPr>
        <w:t>Grade: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</w:t>
      </w:r>
    </w:p>
    <w:p w14:paraId="709AC2EA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Parent/Guardian Name(s):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</w:t>
      </w:r>
    </w:p>
    <w:p w14:paraId="7C3478C6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Home Address: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</w:t>
      </w:r>
    </w:p>
    <w:p w14:paraId="040A482F" w14:textId="77777777" w:rsidR="00057EBE" w:rsidRDefault="00172D22" w:rsidP="00057EBE">
      <w:pPr>
        <w:rPr>
          <w:color w:val="000000"/>
        </w:rPr>
      </w:pPr>
      <w:r>
        <w:rPr>
          <w:noProof/>
          <w:color w:val="000000"/>
        </w:rPr>
        <w:pict w14:anchorId="5CF50276">
          <v:rect id="_x0000_i1042" alt="" style="width:398.75pt;height:.05pt;mso-width-percent:0;mso-height-percent:0;mso-width-percent:0;mso-height-percent:0" o:hrpct="852" o:hralign="center" o:hrstd="t" o:hr="t" fillcolor="#a0a0a0" stroked="f"/>
        </w:pict>
      </w:r>
    </w:p>
    <w:p w14:paraId="197FD71E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Primary Phone: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</w:t>
      </w:r>
    </w:p>
    <w:p w14:paraId="586C5B89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Secondary Phone: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</w:t>
      </w:r>
    </w:p>
    <w:p w14:paraId="5000751B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Email: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_________________________________________________</w:t>
      </w:r>
    </w:p>
    <w:p w14:paraId="3C995A96" w14:textId="77777777" w:rsidR="00057EBE" w:rsidRDefault="00172D22" w:rsidP="00057EBE">
      <w:pPr>
        <w:rPr>
          <w:color w:val="000000"/>
        </w:rPr>
      </w:pPr>
      <w:r>
        <w:rPr>
          <w:noProof/>
          <w:color w:val="000000"/>
        </w:rPr>
        <w:pict w14:anchorId="4C49C650">
          <v:rect id="_x0000_i1041" alt="" style="width:398.75pt;height:.05pt;mso-width-percent:0;mso-height-percent:0;mso-width-percent:0;mso-height-percent:0" o:hrpct="852" o:hralign="center" o:hrstd="t" o:hr="t" fillcolor="#a0a0a0" stroked="f"/>
        </w:pict>
      </w:r>
    </w:p>
    <w:p w14:paraId="6234F4CC" w14:textId="77777777" w:rsidR="00057EBE" w:rsidRDefault="00057EBE" w:rsidP="00057EBE">
      <w:pPr>
        <w:pStyle w:val="Heading2"/>
        <w:rPr>
          <w:color w:val="000000"/>
        </w:rPr>
      </w:pPr>
      <w:r>
        <w:rPr>
          <w:color w:val="000000"/>
        </w:rPr>
        <w:t>Emergency Contacts</w:t>
      </w:r>
    </w:p>
    <w:p w14:paraId="24A01AD1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1. Name: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________________________________________________</w:t>
      </w:r>
    </w:p>
    <w:p w14:paraId="2D317C33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Relationship: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</w:t>
      </w:r>
    </w:p>
    <w:p w14:paraId="5E7673D0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Phone: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_________________________________________________</w:t>
      </w:r>
    </w:p>
    <w:p w14:paraId="0145D0C0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2. Name: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________________________________________________</w:t>
      </w:r>
    </w:p>
    <w:p w14:paraId="6E661596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Relationship: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</w:t>
      </w:r>
    </w:p>
    <w:p w14:paraId="5D571267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Phone: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_________________________________________________</w:t>
      </w:r>
    </w:p>
    <w:p w14:paraId="7069E8D5" w14:textId="77777777" w:rsidR="00057EBE" w:rsidRDefault="00172D22" w:rsidP="00057EBE">
      <w:pPr>
        <w:rPr>
          <w:color w:val="000000"/>
        </w:rPr>
      </w:pPr>
      <w:r>
        <w:rPr>
          <w:noProof/>
          <w:color w:val="000000"/>
        </w:rPr>
        <w:pict w14:anchorId="709C1EEE">
          <v:rect id="_x0000_i1040" alt="" style="width:398.75pt;height:.05pt;mso-width-percent:0;mso-height-percent:0;mso-width-percent:0;mso-height-percent:0" o:hrpct="852" o:hralign="center" o:hrstd="t" o:hr="t" fillcolor="#a0a0a0" stroked="f"/>
        </w:pict>
      </w:r>
    </w:p>
    <w:p w14:paraId="2A163767" w14:textId="77777777" w:rsidR="00057EBE" w:rsidRDefault="00057EBE" w:rsidP="00057EBE">
      <w:pPr>
        <w:pStyle w:val="Heading2"/>
        <w:rPr>
          <w:color w:val="000000"/>
        </w:rPr>
      </w:pPr>
      <w:r>
        <w:rPr>
          <w:color w:val="000000"/>
        </w:rPr>
        <w:t>Medical Information</w:t>
      </w:r>
    </w:p>
    <w:p w14:paraId="31584635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Primary Physician: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</w:t>
      </w:r>
    </w:p>
    <w:p w14:paraId="228A264A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Physician Phone: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</w:t>
      </w:r>
    </w:p>
    <w:p w14:paraId="28EB9FDA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lastRenderedPageBreak/>
        <w:t>Preferred Hospital: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</w:t>
      </w:r>
    </w:p>
    <w:p w14:paraId="72604629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Health Insurance Company: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</w:t>
      </w:r>
    </w:p>
    <w:p w14:paraId="7270762C" w14:textId="77777777" w:rsidR="00057EBE" w:rsidRDefault="00057EBE" w:rsidP="00057EBE">
      <w:pPr>
        <w:pStyle w:val="isselectedend"/>
        <w:rPr>
          <w:color w:val="000000"/>
        </w:rPr>
      </w:pPr>
      <w:r>
        <w:rPr>
          <w:rStyle w:val="Strong"/>
          <w:color w:val="000000"/>
        </w:rPr>
        <w:t>Policy Number (Optional):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</w:t>
      </w:r>
    </w:p>
    <w:p w14:paraId="5F7269BF" w14:textId="77777777" w:rsidR="00057EBE" w:rsidRDefault="00172D22" w:rsidP="00057EBE">
      <w:pPr>
        <w:rPr>
          <w:color w:val="000000"/>
        </w:rPr>
      </w:pPr>
      <w:r>
        <w:rPr>
          <w:noProof/>
          <w:color w:val="000000"/>
        </w:rPr>
        <w:pict w14:anchorId="693D8337">
          <v:rect id="_x0000_i1039" alt="" style="width:398.75pt;height:.05pt;mso-width-percent:0;mso-height-percent:0;mso-width-percent:0;mso-height-percent:0" o:hrpct="852" o:hralign="center" o:hrstd="t" o:hr="t" fillcolor="#a0a0a0" stroked="f"/>
        </w:pict>
      </w:r>
    </w:p>
    <w:p w14:paraId="434FB6A7" w14:textId="77777777" w:rsidR="00057EBE" w:rsidRDefault="00057EBE" w:rsidP="00057EBE">
      <w:pPr>
        <w:pStyle w:val="Heading2"/>
        <w:rPr>
          <w:color w:val="000000"/>
        </w:rPr>
      </w:pPr>
      <w:r>
        <w:rPr>
          <w:color w:val="000000"/>
        </w:rPr>
        <w:t>Medical Conditions</w:t>
      </w:r>
    </w:p>
    <w:p w14:paraId="641EFE94" w14:textId="77777777" w:rsidR="00057EBE" w:rsidRDefault="00057EBE" w:rsidP="00057EBE">
      <w:pPr>
        <w:pStyle w:val="isselectedend"/>
        <w:rPr>
          <w:color w:val="000000"/>
        </w:rPr>
      </w:pPr>
      <w:r>
        <w:rPr>
          <w:color w:val="000000"/>
        </w:rPr>
        <w:t>Please check all that apply:</w:t>
      </w:r>
    </w:p>
    <w:p w14:paraId="141972C6" w14:textId="77777777" w:rsidR="00057EBE" w:rsidRDefault="00057EBE" w:rsidP="00057EBE">
      <w:pPr>
        <w:pStyle w:val="isselectedend"/>
        <w:rPr>
          <w:color w:val="000000"/>
        </w:rPr>
      </w:pP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Asthma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Diabetes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Seizure Disorder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Heart Condition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Severe Allergies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Food Allergies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Bee/Insect Sting Allergy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Medication Allergy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Other: _________________________________________________</w:t>
      </w:r>
    </w:p>
    <w:p w14:paraId="2F54C4D6" w14:textId="77777777" w:rsidR="00057EBE" w:rsidRDefault="00057EBE" w:rsidP="00057EBE">
      <w:pPr>
        <w:pStyle w:val="isselectedend"/>
        <w:rPr>
          <w:color w:val="000000"/>
        </w:rPr>
      </w:pPr>
      <w:r>
        <w:rPr>
          <w:color w:val="000000"/>
        </w:rPr>
        <w:t>Please explain any medical conditions or special health concerns:</w:t>
      </w:r>
    </w:p>
    <w:p w14:paraId="62101457" w14:textId="77777777" w:rsidR="00057EBE" w:rsidRDefault="00172D22" w:rsidP="00057EBE">
      <w:pPr>
        <w:rPr>
          <w:color w:val="000000"/>
        </w:rPr>
      </w:pPr>
      <w:r>
        <w:rPr>
          <w:noProof/>
          <w:color w:val="000000"/>
        </w:rPr>
        <w:pict w14:anchorId="00239786">
          <v:rect id="_x0000_i1038" alt="" style="width:398.75pt;height:.05pt;mso-width-percent:0;mso-height-percent:0;mso-width-percent:0;mso-height-percent:0" o:hrpct="852" o:hralign="center" o:hrstd="t" o:hr="t" fillcolor="#a0a0a0" stroked="f"/>
        </w:pict>
      </w:r>
    </w:p>
    <w:p w14:paraId="1DE93C34" w14:textId="77777777" w:rsidR="00057EBE" w:rsidRDefault="00172D22" w:rsidP="00057EBE">
      <w:pPr>
        <w:rPr>
          <w:color w:val="000000"/>
        </w:rPr>
      </w:pPr>
      <w:r>
        <w:rPr>
          <w:noProof/>
          <w:color w:val="000000"/>
        </w:rPr>
        <w:pict w14:anchorId="65679A83">
          <v:rect id="_x0000_i1037" alt="" style="width:398.75pt;height:.05pt;mso-width-percent:0;mso-height-percent:0;mso-width-percent:0;mso-height-percent:0" o:hrpct="852" o:hralign="center" o:hrstd="t" o:hr="t" fillcolor="#a0a0a0" stroked="f"/>
        </w:pict>
      </w:r>
    </w:p>
    <w:p w14:paraId="17B74E44" w14:textId="77777777" w:rsidR="00057EBE" w:rsidRDefault="00172D22" w:rsidP="00057EBE">
      <w:pPr>
        <w:rPr>
          <w:color w:val="000000"/>
        </w:rPr>
      </w:pPr>
      <w:r>
        <w:rPr>
          <w:noProof/>
          <w:color w:val="000000"/>
        </w:rPr>
        <w:pict w14:anchorId="4031E6D0">
          <v:rect id="_x0000_i1036" alt="" style="width:398.75pt;height:.05pt;mso-width-percent:0;mso-height-percent:0;mso-width-percent:0;mso-height-percent:0" o:hrpct="852" o:hralign="center" o:hrstd="t" o:hr="t" fillcolor="#a0a0a0" stroked="f"/>
        </w:pict>
      </w:r>
    </w:p>
    <w:p w14:paraId="77CE48B4" w14:textId="77777777" w:rsidR="00057EBE" w:rsidRDefault="00172D22" w:rsidP="00057EBE">
      <w:pPr>
        <w:rPr>
          <w:color w:val="000000"/>
        </w:rPr>
      </w:pPr>
      <w:r>
        <w:rPr>
          <w:noProof/>
          <w:color w:val="000000"/>
        </w:rPr>
        <w:pict w14:anchorId="11A9E8FB">
          <v:rect id="_x0000_i1035" alt="" style="width:398.75pt;height:.05pt;mso-width-percent:0;mso-height-percent:0;mso-width-percent:0;mso-height-percent:0" o:hrpct="852" o:hralign="center" o:hrstd="t" o:hr="t" fillcolor="#a0a0a0" stroked="f"/>
        </w:pict>
      </w:r>
    </w:p>
    <w:p w14:paraId="3FC8172E" w14:textId="77777777" w:rsidR="00057EBE" w:rsidRDefault="00057EBE" w:rsidP="00057EBE">
      <w:pPr>
        <w:pStyle w:val="Heading2"/>
        <w:rPr>
          <w:color w:val="000000"/>
        </w:rPr>
      </w:pPr>
      <w:r>
        <w:rPr>
          <w:color w:val="000000"/>
        </w:rPr>
        <w:t>Emergency Medical Authorization</w:t>
      </w:r>
    </w:p>
    <w:p w14:paraId="64FE8BA1" w14:textId="33B23596" w:rsidR="00057EBE" w:rsidRDefault="00057EBE" w:rsidP="00057EBE">
      <w:pPr>
        <w:pStyle w:val="isselectedend"/>
        <w:rPr>
          <w:color w:val="000000"/>
        </w:rPr>
      </w:pPr>
      <w:r>
        <w:rPr>
          <w:color w:val="000000"/>
        </w:rPr>
        <w:t>In the event that I cannot be reached, I authorize Strategic Academy of Innovative Learning (S.A.I.L.) to obtain emergency medical treatment for my child if school</w:t>
      </w:r>
    </w:p>
    <w:p w14:paraId="7A2E07DD" w14:textId="528F7814" w:rsidR="00057EBE" w:rsidRDefault="00057EBE" w:rsidP="00057EBE">
      <w:pPr>
        <w:pStyle w:val="isselectedend"/>
        <w:rPr>
          <w:color w:val="000000"/>
        </w:rPr>
      </w:pPr>
      <w:r>
        <w:rPr>
          <w:color w:val="000000"/>
        </w:rPr>
        <w:t>personnel determine that immediate medical care is necessary. I understand every reasonable effort will be made to contact me before treatment is provided.</w:t>
      </w:r>
    </w:p>
    <w:p w14:paraId="52F0A66A" w14:textId="77777777" w:rsidR="00057EBE" w:rsidRDefault="00057EBE" w:rsidP="00057EBE">
      <w:pPr>
        <w:pStyle w:val="NormalWeb"/>
        <w:rPr>
          <w:color w:val="000000"/>
        </w:rPr>
      </w:pPr>
      <w:r>
        <w:rPr>
          <w:color w:val="000000"/>
        </w:rPr>
        <w:t>I authorize licensed physicians, emergency medical personnel, and hospitals to provide treatment deemed necessary for my child.</w:t>
      </w:r>
    </w:p>
    <w:p w14:paraId="56DB8A7D" w14:textId="45AA0445" w:rsidR="008840F5" w:rsidRPr="000172A8" w:rsidRDefault="008840F5" w:rsidP="000172A8">
      <w:r>
        <w:t>______________________________________________________________-</w:t>
      </w:r>
      <w:r w:rsidR="000172A8">
        <w:t xml:space="preserve"> _______________________________</w:t>
      </w:r>
      <w:r>
        <w:br/>
        <w:t>Signature of parent</w:t>
      </w:r>
      <w:r w:rsidR="000172A8">
        <w:tab/>
      </w:r>
      <w:r w:rsidR="000172A8">
        <w:tab/>
      </w:r>
      <w:r w:rsidR="000172A8">
        <w:tab/>
      </w:r>
      <w:r w:rsidR="000172A8">
        <w:tab/>
      </w:r>
      <w:r w:rsidR="000172A8">
        <w:tab/>
      </w:r>
      <w:r w:rsidR="000172A8">
        <w:tab/>
        <w:t xml:space="preserve">      Date</w:t>
      </w:r>
    </w:p>
    <w:p w14:paraId="4A704925" w14:textId="77777777" w:rsidR="000172A8" w:rsidRDefault="000172A8" w:rsidP="000172A8">
      <w:pPr>
        <w:pStyle w:val="Heading1"/>
        <w:rPr>
          <w:color w:val="000000"/>
        </w:rPr>
      </w:pPr>
    </w:p>
    <w:p w14:paraId="1866B20A" w14:textId="5F6F4328" w:rsidR="000172A8" w:rsidRDefault="000172A8" w:rsidP="000172A8">
      <w:pPr>
        <w:pStyle w:val="Heading1"/>
        <w:jc w:val="center"/>
        <w:rPr>
          <w:color w:val="000000"/>
        </w:rPr>
      </w:pPr>
      <w:r>
        <w:rPr>
          <w:color w:val="000000"/>
        </w:rPr>
        <w:t>Strategic Academy of Innovative Learning (S.A.I.L.)</w:t>
      </w:r>
    </w:p>
    <w:p w14:paraId="36C8DC83" w14:textId="77777777" w:rsidR="000172A8" w:rsidRDefault="000172A8" w:rsidP="000172A8">
      <w:pPr>
        <w:pStyle w:val="Heading2"/>
        <w:rPr>
          <w:color w:val="000000"/>
        </w:rPr>
      </w:pPr>
      <w:r>
        <w:rPr>
          <w:color w:val="000000"/>
        </w:rPr>
        <w:t>Photography, Video &amp; Image Release Form</w:t>
      </w:r>
    </w:p>
    <w:p w14:paraId="52C04DE1" w14:textId="77777777" w:rsidR="000172A8" w:rsidRDefault="000172A8" w:rsidP="000172A8">
      <w:pPr>
        <w:pStyle w:val="isselectedend"/>
        <w:rPr>
          <w:color w:val="000000"/>
        </w:rPr>
      </w:pPr>
      <w:r>
        <w:rPr>
          <w:rStyle w:val="Strong"/>
          <w:color w:val="000000"/>
        </w:rPr>
        <w:t>School Year: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</w:t>
      </w:r>
    </w:p>
    <w:p w14:paraId="367884BC" w14:textId="77777777" w:rsidR="000172A8" w:rsidRDefault="000172A8" w:rsidP="000172A8">
      <w:pPr>
        <w:pStyle w:val="Heading3"/>
        <w:rPr>
          <w:color w:val="000000"/>
        </w:rPr>
      </w:pPr>
      <w:r>
        <w:rPr>
          <w:color w:val="000000"/>
        </w:rPr>
        <w:t>Student Information</w:t>
      </w:r>
    </w:p>
    <w:p w14:paraId="4888EB86" w14:textId="77777777" w:rsidR="000172A8" w:rsidRDefault="000172A8" w:rsidP="000172A8">
      <w:pPr>
        <w:pStyle w:val="isselectedend"/>
        <w:rPr>
          <w:color w:val="000000"/>
        </w:rPr>
      </w:pPr>
      <w:r>
        <w:rPr>
          <w:rStyle w:val="Strong"/>
          <w:color w:val="000000"/>
        </w:rPr>
        <w:t>Student Name: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</w:t>
      </w:r>
    </w:p>
    <w:p w14:paraId="47C05B9B" w14:textId="77777777" w:rsidR="000172A8" w:rsidRDefault="000172A8" w:rsidP="000172A8">
      <w:pPr>
        <w:pStyle w:val="isselectedend"/>
        <w:rPr>
          <w:color w:val="000000"/>
        </w:rPr>
      </w:pPr>
      <w:r>
        <w:rPr>
          <w:rStyle w:val="Strong"/>
          <w:color w:val="000000"/>
        </w:rPr>
        <w:t>Date of Birth: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Grade: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</w:t>
      </w:r>
    </w:p>
    <w:p w14:paraId="398720AD" w14:textId="77777777" w:rsidR="000172A8" w:rsidRDefault="000172A8" w:rsidP="000172A8">
      <w:pPr>
        <w:pStyle w:val="isselectedend"/>
        <w:rPr>
          <w:color w:val="000000"/>
        </w:rPr>
      </w:pPr>
      <w:r>
        <w:rPr>
          <w:rStyle w:val="Strong"/>
          <w:color w:val="000000"/>
        </w:rPr>
        <w:t>Parent/Guardian Name: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</w:t>
      </w:r>
    </w:p>
    <w:p w14:paraId="0FFD5EBF" w14:textId="77777777" w:rsidR="000172A8" w:rsidRDefault="000172A8" w:rsidP="000172A8">
      <w:pPr>
        <w:pStyle w:val="isselectedend"/>
        <w:rPr>
          <w:color w:val="000000"/>
        </w:rPr>
      </w:pPr>
      <w:r>
        <w:rPr>
          <w:rStyle w:val="Strong"/>
          <w:color w:val="000000"/>
        </w:rPr>
        <w:t>Phone: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_________________________________________________</w:t>
      </w:r>
    </w:p>
    <w:p w14:paraId="06288D52" w14:textId="77777777" w:rsidR="000172A8" w:rsidRDefault="000172A8" w:rsidP="000172A8">
      <w:pPr>
        <w:pStyle w:val="isselectedend"/>
        <w:rPr>
          <w:color w:val="000000"/>
        </w:rPr>
      </w:pPr>
      <w:r>
        <w:rPr>
          <w:rStyle w:val="Strong"/>
          <w:color w:val="000000"/>
        </w:rPr>
        <w:t>Email: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_________________________________________________</w:t>
      </w:r>
    </w:p>
    <w:p w14:paraId="5CC244A6" w14:textId="77777777" w:rsidR="000172A8" w:rsidRDefault="00172D22" w:rsidP="000172A8">
      <w:pPr>
        <w:rPr>
          <w:color w:val="000000"/>
        </w:rPr>
      </w:pPr>
      <w:r>
        <w:rPr>
          <w:noProof/>
          <w:color w:val="000000"/>
        </w:rPr>
        <w:pict w14:anchorId="0D2E0CB6">
          <v:rect id="_x0000_i1034" alt="" style="width:398.75pt;height:.05pt;mso-width-percent:0;mso-height-percent:0;mso-width-percent:0;mso-height-percent:0" o:hrpct="852" o:hralign="center" o:hrstd="t" o:hr="t" fillcolor="#a0a0a0" stroked="f"/>
        </w:pict>
      </w:r>
    </w:p>
    <w:p w14:paraId="23D0878C" w14:textId="77777777" w:rsidR="000172A8" w:rsidRDefault="000172A8" w:rsidP="000172A8">
      <w:pPr>
        <w:pStyle w:val="Heading2"/>
        <w:rPr>
          <w:color w:val="000000"/>
        </w:rPr>
      </w:pPr>
      <w:r>
        <w:rPr>
          <w:color w:val="000000"/>
        </w:rPr>
        <w:t>Permission to Use Student Images</w:t>
      </w:r>
    </w:p>
    <w:p w14:paraId="11ECC746" w14:textId="77777777" w:rsidR="000172A8" w:rsidRDefault="000172A8" w:rsidP="000172A8">
      <w:pPr>
        <w:pStyle w:val="isselectedend"/>
        <w:rPr>
          <w:color w:val="000000"/>
        </w:rPr>
      </w:pPr>
      <w:r>
        <w:rPr>
          <w:color w:val="000000"/>
        </w:rPr>
        <w:t>Throughout the school year, Strategic Academy of Innovative Learning (S.A.I.L.) may photograph, videotape, or record students participating in educational activities, performances, field trips, athletic events, classroom projects, and other school-sponsored programs.</w:t>
      </w:r>
    </w:p>
    <w:p w14:paraId="43A591DC" w14:textId="77777777" w:rsidR="000172A8" w:rsidRDefault="000172A8" w:rsidP="000172A8">
      <w:pPr>
        <w:pStyle w:val="isselectedend"/>
        <w:rPr>
          <w:color w:val="000000"/>
        </w:rPr>
      </w:pPr>
      <w:r>
        <w:rPr>
          <w:color w:val="000000"/>
        </w:rPr>
        <w:t>These images and recordings may be used for educational, informational, or promotional purposes, including but not limited to:</w:t>
      </w:r>
    </w:p>
    <w:p w14:paraId="6CBE688A" w14:textId="00BAD0E8" w:rsidR="000172A8" w:rsidRDefault="000172A8" w:rsidP="000172A8">
      <w:pPr>
        <w:pStyle w:val="isselectedend"/>
        <w:rPr>
          <w:color w:val="000000"/>
        </w:rPr>
      </w:pP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School website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School social media pages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Printed brochures and marketing materials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Newsletters</w:t>
      </w:r>
      <w:r w:rsidR="00F05DFD"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School yearbook</w:t>
      </w:r>
      <w:r w:rsidR="00F05DFD"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Local newspapers or television coverage</w:t>
      </w:r>
      <w:r w:rsidR="00F05DFD"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Classroom presentations</w:t>
      </w:r>
      <w:r w:rsidR="00F05DFD"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School displays and bulletin boards</w:t>
      </w:r>
      <w:r w:rsidR="00F05DFD"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Other school publications</w:t>
      </w:r>
    </w:p>
    <w:p w14:paraId="52DFBB76" w14:textId="77777777" w:rsidR="000172A8" w:rsidRDefault="000172A8" w:rsidP="000172A8">
      <w:pPr>
        <w:pStyle w:val="isselectedend"/>
        <w:rPr>
          <w:color w:val="000000"/>
        </w:rPr>
      </w:pPr>
      <w:r>
        <w:rPr>
          <w:color w:val="000000"/>
        </w:rPr>
        <w:lastRenderedPageBreak/>
        <w:t>I understand that photographs, videos, and recordings may be used by Strategic Academy of Innovative Learning (S.A.I.L.) without compensation.</w:t>
      </w:r>
    </w:p>
    <w:p w14:paraId="6C27868A" w14:textId="77777777" w:rsidR="000172A8" w:rsidRDefault="000172A8" w:rsidP="000172A8">
      <w:pPr>
        <w:pStyle w:val="isselectedend"/>
        <w:rPr>
          <w:color w:val="000000"/>
        </w:rPr>
      </w:pPr>
      <w:r>
        <w:rPr>
          <w:color w:val="000000"/>
        </w:rPr>
        <w:t>I understand that my child's name will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not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be published with photographs unless I provide separate written permission or disclosure is required by law.</w:t>
      </w:r>
    </w:p>
    <w:p w14:paraId="436152D2" w14:textId="77777777" w:rsidR="000172A8" w:rsidRDefault="000172A8" w:rsidP="000172A8">
      <w:pPr>
        <w:pStyle w:val="isselectedend"/>
        <w:rPr>
          <w:color w:val="000000"/>
        </w:rPr>
      </w:pPr>
      <w:r>
        <w:rPr>
          <w:color w:val="000000"/>
        </w:rPr>
        <w:t>I understand that once images are published online or shared through media outlets, the school cannot control how they may be viewed or shared by others.</w:t>
      </w:r>
    </w:p>
    <w:p w14:paraId="07B31158" w14:textId="77777777" w:rsidR="000172A8" w:rsidRDefault="000172A8" w:rsidP="000172A8">
      <w:pPr>
        <w:pStyle w:val="isselectedend"/>
        <w:rPr>
          <w:color w:val="000000"/>
        </w:rPr>
      </w:pPr>
      <w:r>
        <w:rPr>
          <w:color w:val="000000"/>
        </w:rPr>
        <w:t>This authorization remains in effect for the current school year unless revoked in writing.</w:t>
      </w:r>
    </w:p>
    <w:p w14:paraId="7BAD0248" w14:textId="77777777" w:rsidR="000172A8" w:rsidRDefault="000172A8" w:rsidP="000172A8">
      <w:pPr>
        <w:pStyle w:val="Heading3"/>
        <w:rPr>
          <w:color w:val="000000"/>
        </w:rPr>
      </w:pPr>
      <w:r>
        <w:rPr>
          <w:color w:val="000000"/>
        </w:rPr>
        <w:t>Please select one:</w:t>
      </w:r>
    </w:p>
    <w:p w14:paraId="373D6F88" w14:textId="77777777" w:rsidR="000172A8" w:rsidRDefault="000172A8" w:rsidP="000172A8">
      <w:pPr>
        <w:pStyle w:val="isselectedend"/>
        <w:rPr>
          <w:color w:val="000000"/>
        </w:rPr>
      </w:pPr>
      <w:r>
        <w:rPr>
          <w:rFonts w:ascii="Segoe UI Symbol" w:hAnsi="Segoe UI Symbol" w:cs="Segoe UI Symbol"/>
          <w:color w:val="000000"/>
        </w:rPr>
        <w:t>☐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YES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— I give permission for Strategic Academy of Innovative Learning (S.A.I.L.) to photograph and/or video my child and use these images for school-related educational and promotional purposes.</w:t>
      </w:r>
    </w:p>
    <w:p w14:paraId="3B0402EB" w14:textId="059F3024" w:rsidR="000172A8" w:rsidRDefault="000172A8" w:rsidP="00F05DFD">
      <w:pPr>
        <w:pStyle w:val="isselectedend"/>
        <w:rPr>
          <w:color w:val="000000"/>
        </w:rPr>
      </w:pPr>
      <w:r>
        <w:rPr>
          <w:rFonts w:ascii="Segoe UI Symbol" w:hAnsi="Segoe UI Symbol" w:cs="Segoe UI Symbol"/>
          <w:color w:val="000000"/>
        </w:rPr>
        <w:t>☐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NO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— I do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not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give permission for Strategic Academy of Innovative Learning (S.A.I.L.) to photograph or video my child for publication or promotional purposes.</w:t>
      </w:r>
    </w:p>
    <w:p w14:paraId="23F0D182" w14:textId="77777777" w:rsidR="000172A8" w:rsidRDefault="000172A8" w:rsidP="000172A8">
      <w:pPr>
        <w:pStyle w:val="isselectedend"/>
        <w:rPr>
          <w:color w:val="000000"/>
        </w:rPr>
      </w:pPr>
      <w:r>
        <w:rPr>
          <w:color w:val="000000"/>
        </w:rPr>
        <w:t>I certify that I am the parent or legal guardian of the student listed above and have the authority to grant or deny this permission.</w:t>
      </w:r>
    </w:p>
    <w:p w14:paraId="68A21D6C" w14:textId="77777777" w:rsidR="000172A8" w:rsidRDefault="000172A8" w:rsidP="000172A8">
      <w:pPr>
        <w:pStyle w:val="isselectedend"/>
        <w:rPr>
          <w:color w:val="000000"/>
        </w:rPr>
      </w:pPr>
      <w:r>
        <w:rPr>
          <w:rStyle w:val="Strong"/>
          <w:color w:val="000000"/>
        </w:rPr>
        <w:t>Parent/Guardian Name (Print):</w:t>
      </w:r>
    </w:p>
    <w:p w14:paraId="2E4FB717" w14:textId="77777777" w:rsidR="000172A8" w:rsidRDefault="00172D22" w:rsidP="000172A8">
      <w:pPr>
        <w:rPr>
          <w:color w:val="000000"/>
        </w:rPr>
      </w:pPr>
      <w:r>
        <w:rPr>
          <w:noProof/>
          <w:color w:val="000000"/>
        </w:rPr>
        <w:pict w14:anchorId="44EE35B4">
          <v:rect id="_x0000_i1033" alt="" style="width:398.75pt;height:.05pt;mso-width-percent:0;mso-height-percent:0;mso-width-percent:0;mso-height-percent:0" o:hrpct="852" o:hralign="center" o:hrstd="t" o:hr="t" fillcolor="#a0a0a0" stroked="f"/>
        </w:pict>
      </w:r>
    </w:p>
    <w:p w14:paraId="432FB4B0" w14:textId="77777777" w:rsidR="000172A8" w:rsidRDefault="000172A8" w:rsidP="000172A8">
      <w:pPr>
        <w:pStyle w:val="isselectedend"/>
        <w:rPr>
          <w:color w:val="000000"/>
        </w:rPr>
      </w:pPr>
      <w:r>
        <w:rPr>
          <w:rStyle w:val="Strong"/>
          <w:color w:val="000000"/>
        </w:rPr>
        <w:t>Signature:</w:t>
      </w:r>
    </w:p>
    <w:p w14:paraId="18339AC8" w14:textId="77777777" w:rsidR="000172A8" w:rsidRDefault="00172D22" w:rsidP="000172A8">
      <w:pPr>
        <w:rPr>
          <w:color w:val="000000"/>
        </w:rPr>
      </w:pPr>
      <w:r>
        <w:rPr>
          <w:noProof/>
          <w:color w:val="000000"/>
        </w:rPr>
        <w:pict w14:anchorId="3BC5B4F4">
          <v:rect id="_x0000_i1032" alt="" style="width:398.75pt;height:.05pt;mso-width-percent:0;mso-height-percent:0;mso-width-percent:0;mso-height-percent:0" o:hrpct="852" o:hralign="center" o:hrstd="t" o:hr="t" fillcolor="#a0a0a0" stroked="f"/>
        </w:pict>
      </w:r>
    </w:p>
    <w:p w14:paraId="0EC5B224" w14:textId="77777777" w:rsidR="000172A8" w:rsidRDefault="000172A8" w:rsidP="000172A8">
      <w:pPr>
        <w:pStyle w:val="isselectedend"/>
        <w:rPr>
          <w:color w:val="000000"/>
        </w:rPr>
      </w:pPr>
      <w:r>
        <w:rPr>
          <w:rStyle w:val="Strong"/>
          <w:color w:val="000000"/>
        </w:rPr>
        <w:t>Date: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</w:t>
      </w:r>
    </w:p>
    <w:p w14:paraId="514FCD7E" w14:textId="5D4B4CD9" w:rsidR="000172A8" w:rsidRDefault="000172A8" w:rsidP="000172A8">
      <w:pPr>
        <w:rPr>
          <w:color w:val="000000"/>
        </w:rPr>
      </w:pPr>
    </w:p>
    <w:p w14:paraId="3A2FECB2" w14:textId="1DE2790B" w:rsidR="000172A8" w:rsidRDefault="00172D22" w:rsidP="000172A8">
      <w:pPr>
        <w:rPr>
          <w:color w:val="000000"/>
        </w:rPr>
      </w:pPr>
      <w:r>
        <w:rPr>
          <w:noProof/>
          <w:color w:val="000000"/>
        </w:rPr>
        <w:pict w14:anchorId="64C9546F">
          <v:rect id="_x0000_i1031" alt="" style="width:398.75pt;height:4.4pt;mso-width-percent:0;mso-height-percent:0;mso-width-percent:0;mso-height-percent:0" o:hrpct="852" o:hralign="center" o:hrstd="t" o:hr="t" fillcolor="#a0a0a0" stroked="f"/>
        </w:pict>
      </w:r>
    </w:p>
    <w:p w14:paraId="5B984EDD" w14:textId="5E51E0A7" w:rsidR="000172A8" w:rsidRDefault="00172D22" w:rsidP="000172A8">
      <w:pPr>
        <w:rPr>
          <w:color w:val="000000"/>
        </w:rPr>
      </w:pPr>
      <w:r>
        <w:rPr>
          <w:noProof/>
          <w:color w:val="000000"/>
        </w:rPr>
        <w:pict w14:anchorId="552ADCA5">
          <v:rect id="_x0000_i1030" alt="" style="width:398.75pt;height:.05pt;mso-width-percent:0;mso-height-percent:0;mso-width-percent:0;mso-height-percent:0" o:hrpct="852" o:hralign="center" o:hrstd="t" o:hr="t" fillcolor="#a0a0a0" stroked="f"/>
        </w:pict>
      </w:r>
      <w:r>
        <w:rPr>
          <w:noProof/>
          <w:color w:val="000000"/>
        </w:rPr>
        <w:pict w14:anchorId="6E19712C">
          <v:rect id="_x0000_i1029" alt="" style="width:398.75pt;height:.05pt;mso-width-percent:0;mso-height-percent:0;mso-width-percent:0;mso-height-percent:0" o:hrpct="852" o:hralign="center" o:hrstd="t" o:hr="t" fillcolor="#a0a0a0" stroked="f"/>
        </w:pict>
      </w:r>
    </w:p>
    <w:p w14:paraId="0B7C6D21" w14:textId="1EFF91B8" w:rsidR="008840F5" w:rsidRDefault="008840F5" w:rsidP="008840F5">
      <w:pPr>
        <w:pStyle w:val="isselectedend"/>
        <w:rPr>
          <w:color w:val="000000"/>
        </w:rPr>
      </w:pP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School </w:t>
      </w:r>
      <w:r w:rsidR="00F05DFD">
        <w:rPr>
          <w:color w:val="000000"/>
        </w:rPr>
        <w:t>Yearbook</w:t>
      </w:r>
      <w:r w:rsidR="000172A8"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Local newspapers or television coverage</w:t>
      </w:r>
      <w:r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Classroom presentations</w:t>
      </w:r>
      <w:r w:rsidR="000172A8"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School displays and bulletin boards</w:t>
      </w:r>
      <w:r w:rsidR="000172A8">
        <w:rPr>
          <w:color w:val="000000"/>
        </w:rPr>
        <w:br/>
      </w:r>
      <w:r>
        <w:rPr>
          <w:rFonts w:ascii="Segoe UI Symbol" w:hAnsi="Segoe UI Symbol" w:cs="Segoe UI Symbol"/>
          <w:color w:val="000000"/>
        </w:rPr>
        <w:t>☐</w:t>
      </w:r>
      <w:r>
        <w:rPr>
          <w:color w:val="000000"/>
        </w:rPr>
        <w:t xml:space="preserve"> Other school publications</w:t>
      </w:r>
    </w:p>
    <w:p w14:paraId="3F733B2B" w14:textId="77777777" w:rsidR="008840F5" w:rsidRDefault="00172D22" w:rsidP="008840F5">
      <w:pPr>
        <w:rPr>
          <w:color w:val="000000"/>
        </w:rPr>
      </w:pPr>
      <w:r>
        <w:rPr>
          <w:noProof/>
          <w:color w:val="000000"/>
        </w:rPr>
        <w:lastRenderedPageBreak/>
        <w:pict w14:anchorId="1406CDE4">
          <v:rect id="_x0000_i1028" alt="" style="width:398.75pt;height:.05pt;mso-width-percent:0;mso-height-percent:0;mso-width-percent:0;mso-height-percent:0" o:hrpct="852" o:hralign="center" o:hrstd="t" o:hr="t" fillcolor="#a0a0a0" stroked="f"/>
        </w:pict>
      </w:r>
    </w:p>
    <w:p w14:paraId="42B1B298" w14:textId="77777777" w:rsidR="008840F5" w:rsidRDefault="008840F5" w:rsidP="008840F5">
      <w:pPr>
        <w:pStyle w:val="Heading2"/>
        <w:rPr>
          <w:color w:val="000000"/>
        </w:rPr>
      </w:pPr>
      <w:r>
        <w:rPr>
          <w:color w:val="000000"/>
        </w:rPr>
        <w:t>Parent/Guardian Authorization</w:t>
      </w:r>
    </w:p>
    <w:p w14:paraId="361D401F" w14:textId="77777777" w:rsidR="008840F5" w:rsidRDefault="008840F5" w:rsidP="008840F5">
      <w:pPr>
        <w:pStyle w:val="isselectedend"/>
        <w:rPr>
          <w:color w:val="000000"/>
        </w:rPr>
      </w:pPr>
      <w:r>
        <w:rPr>
          <w:color w:val="000000"/>
        </w:rPr>
        <w:t>I understand that photographs, videos, and recordings may be used by Strategic Academy of Innovative Learning (S.A.I.L.) without compensation.</w:t>
      </w:r>
    </w:p>
    <w:p w14:paraId="1B31A301" w14:textId="77777777" w:rsidR="008840F5" w:rsidRDefault="008840F5" w:rsidP="008840F5">
      <w:pPr>
        <w:pStyle w:val="isselectedend"/>
        <w:rPr>
          <w:color w:val="000000"/>
        </w:rPr>
      </w:pPr>
      <w:r>
        <w:rPr>
          <w:color w:val="000000"/>
        </w:rPr>
        <w:t>I understand that my child's name will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not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be published with photographs unless I provide separate written permission or disclosure is required by law.</w:t>
      </w:r>
    </w:p>
    <w:p w14:paraId="5A472A9D" w14:textId="77777777" w:rsidR="008840F5" w:rsidRDefault="008840F5" w:rsidP="008840F5">
      <w:pPr>
        <w:pStyle w:val="isselectedend"/>
        <w:rPr>
          <w:color w:val="000000"/>
        </w:rPr>
      </w:pPr>
      <w:r>
        <w:rPr>
          <w:color w:val="000000"/>
        </w:rPr>
        <w:t>I understand that once images are published online or shared through media outlets, the school cannot control how they may be viewed or shared by others.</w:t>
      </w:r>
    </w:p>
    <w:p w14:paraId="773AAD49" w14:textId="77777777" w:rsidR="008840F5" w:rsidRDefault="008840F5" w:rsidP="008840F5">
      <w:pPr>
        <w:pStyle w:val="isselectedend"/>
        <w:rPr>
          <w:color w:val="000000"/>
        </w:rPr>
      </w:pPr>
      <w:r>
        <w:rPr>
          <w:color w:val="000000"/>
        </w:rPr>
        <w:t>This authorization remains in effect for the current school year unless revoked in writing.</w:t>
      </w:r>
    </w:p>
    <w:p w14:paraId="2116CB13" w14:textId="77777777" w:rsidR="008840F5" w:rsidRDefault="008840F5" w:rsidP="008840F5">
      <w:pPr>
        <w:pStyle w:val="Heading3"/>
        <w:rPr>
          <w:color w:val="000000"/>
        </w:rPr>
      </w:pPr>
      <w:r>
        <w:rPr>
          <w:color w:val="000000"/>
        </w:rPr>
        <w:t>Please select one:</w:t>
      </w:r>
    </w:p>
    <w:p w14:paraId="02794DA1" w14:textId="77777777" w:rsidR="008840F5" w:rsidRDefault="008840F5" w:rsidP="008840F5">
      <w:pPr>
        <w:pStyle w:val="isselectedend"/>
        <w:rPr>
          <w:color w:val="000000"/>
        </w:rPr>
      </w:pPr>
      <w:r>
        <w:rPr>
          <w:rFonts w:ascii="Segoe UI Symbol" w:hAnsi="Segoe UI Symbol" w:cs="Segoe UI Symbol"/>
          <w:color w:val="000000"/>
        </w:rPr>
        <w:t>☐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YES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— I give permission for Strategic Academy of Innovative Learning (S.A.I.L.) to photograph and/or video my child and use these images for school-related educational and promotional purposes.</w:t>
      </w:r>
    </w:p>
    <w:p w14:paraId="02A3D609" w14:textId="77777777" w:rsidR="008840F5" w:rsidRDefault="008840F5" w:rsidP="008840F5">
      <w:pPr>
        <w:pStyle w:val="isselectedend"/>
        <w:rPr>
          <w:color w:val="000000"/>
        </w:rPr>
      </w:pPr>
      <w:r>
        <w:rPr>
          <w:rFonts w:ascii="Segoe UI Symbol" w:hAnsi="Segoe UI Symbol" w:cs="Segoe UI Symbol"/>
          <w:color w:val="000000"/>
        </w:rPr>
        <w:t>☐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NO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— I do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not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give permission for Strategic Academy of Innovative Learning (S.A.I.L.) to photograph or video my child for publication or promotional purposes.</w:t>
      </w:r>
    </w:p>
    <w:p w14:paraId="6256C1C1" w14:textId="77777777" w:rsidR="008840F5" w:rsidRDefault="00172D22" w:rsidP="008840F5">
      <w:pPr>
        <w:rPr>
          <w:color w:val="000000"/>
        </w:rPr>
      </w:pPr>
      <w:r>
        <w:rPr>
          <w:noProof/>
          <w:color w:val="000000"/>
        </w:rPr>
        <w:pict w14:anchorId="798292B9">
          <v:rect id="_x0000_i1027" alt="" style="width:398.75pt;height:.05pt;mso-width-percent:0;mso-height-percent:0;mso-width-percent:0;mso-height-percent:0" o:hrpct="852" o:hralign="center" o:hrstd="t" o:hr="t" fillcolor="#a0a0a0" stroked="f"/>
        </w:pict>
      </w:r>
    </w:p>
    <w:p w14:paraId="3553F994" w14:textId="77777777" w:rsidR="008840F5" w:rsidRDefault="008840F5" w:rsidP="008840F5">
      <w:pPr>
        <w:pStyle w:val="Heading2"/>
        <w:rPr>
          <w:color w:val="000000"/>
        </w:rPr>
      </w:pPr>
      <w:r>
        <w:rPr>
          <w:color w:val="000000"/>
        </w:rPr>
        <w:t>Parent/Guardian Signature</w:t>
      </w:r>
    </w:p>
    <w:p w14:paraId="4B77DCD7" w14:textId="00074001" w:rsidR="008840F5" w:rsidRDefault="008840F5" w:rsidP="008840F5">
      <w:pPr>
        <w:pStyle w:val="isselectedend"/>
        <w:rPr>
          <w:color w:val="000000"/>
        </w:rPr>
      </w:pPr>
      <w:r>
        <w:rPr>
          <w:color w:val="000000"/>
        </w:rPr>
        <w:t>I certify that I am the parent or legal guardian of the student listed above and have the authority to grant or deny this permi</w:t>
      </w:r>
      <w:r w:rsidR="000172A8">
        <w:rPr>
          <w:color w:val="000000"/>
        </w:rPr>
        <w:t>ssion.</w:t>
      </w:r>
    </w:p>
    <w:p w14:paraId="505FEECF" w14:textId="77777777" w:rsidR="008840F5" w:rsidRDefault="00172D22" w:rsidP="008840F5">
      <w:pPr>
        <w:rPr>
          <w:color w:val="000000"/>
        </w:rPr>
      </w:pPr>
      <w:r>
        <w:rPr>
          <w:noProof/>
          <w:color w:val="000000"/>
        </w:rPr>
        <w:pict w14:anchorId="699AF3F2">
          <v:rect id="_x0000_i1026" alt="" style="width:398.75pt;height:.05pt;mso-width-percent:0;mso-height-percent:0;mso-width-percent:0;mso-height-percent:0" o:hrpct="852" o:hralign="center" o:hrstd="t" o:hr="t" fillcolor="#a0a0a0" stroked="f"/>
        </w:pict>
      </w:r>
    </w:p>
    <w:p w14:paraId="0B5958B7" w14:textId="77777777" w:rsidR="008840F5" w:rsidRDefault="008840F5" w:rsidP="008840F5">
      <w:pPr>
        <w:pStyle w:val="isselectedend"/>
        <w:rPr>
          <w:color w:val="000000"/>
        </w:rPr>
      </w:pPr>
      <w:r>
        <w:rPr>
          <w:rStyle w:val="Strong"/>
          <w:color w:val="000000"/>
        </w:rPr>
        <w:t>Signature:</w:t>
      </w:r>
    </w:p>
    <w:p w14:paraId="7DAD0BF7" w14:textId="77777777" w:rsidR="008840F5" w:rsidRDefault="00172D22" w:rsidP="008840F5">
      <w:pPr>
        <w:rPr>
          <w:color w:val="000000"/>
        </w:rPr>
      </w:pPr>
      <w:r>
        <w:rPr>
          <w:noProof/>
          <w:color w:val="000000"/>
        </w:rPr>
        <w:pict w14:anchorId="6D12E864">
          <v:rect id="_x0000_i1025" alt="" style="width:398.75pt;height:.05pt;mso-width-percent:0;mso-height-percent:0;mso-width-percent:0;mso-height-percent:0" o:hrpct="852" o:hralign="center" o:hrstd="t" o:hr="t" fillcolor="#a0a0a0" stroked="f"/>
        </w:pict>
      </w:r>
    </w:p>
    <w:p w14:paraId="2B4F4EDD" w14:textId="7AF0C857" w:rsidR="00F05DFD" w:rsidRPr="00F05DFD" w:rsidRDefault="008840F5" w:rsidP="00F05DFD">
      <w:pPr>
        <w:pStyle w:val="isselectedend"/>
        <w:rPr>
          <w:color w:val="000000"/>
        </w:rPr>
      </w:pPr>
      <w:r>
        <w:rPr>
          <w:rStyle w:val="Strong"/>
          <w:color w:val="000000"/>
        </w:rPr>
        <w:t>Date: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______________________</w:t>
      </w:r>
    </w:p>
    <w:p w14:paraId="086A0D1C" w14:textId="77777777" w:rsidR="00F05DFD" w:rsidRDefault="00F05DFD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5361674F" w14:textId="77777777" w:rsidR="00F05DFD" w:rsidRDefault="00F05DFD" w:rsidP="00F05DFD">
      <w:pPr>
        <w:pStyle w:val="Heading2"/>
        <w:jc w:val="center"/>
      </w:pPr>
    </w:p>
    <w:p w14:paraId="158287DA" w14:textId="77777777" w:rsidR="00F05DFD" w:rsidRDefault="00F05DFD" w:rsidP="00F05DFD">
      <w:pPr>
        <w:pStyle w:val="Heading2"/>
        <w:jc w:val="center"/>
      </w:pPr>
    </w:p>
    <w:p w14:paraId="440F9DE0" w14:textId="4D1CB84F" w:rsidR="00F05DFD" w:rsidRDefault="00000000" w:rsidP="00C1061A">
      <w:pPr>
        <w:pStyle w:val="Heading2"/>
        <w:jc w:val="center"/>
      </w:pPr>
      <w:r>
        <w:t>Parent/Guardian Information</w:t>
      </w:r>
    </w:p>
    <w:p w14:paraId="7B271AD2" w14:textId="77777777" w:rsidR="00F05DFD" w:rsidRDefault="00F05DFD"/>
    <w:p w14:paraId="06539FAF" w14:textId="77777777" w:rsidR="00F05DFD" w:rsidRDefault="00F05DFD"/>
    <w:p w14:paraId="7FD442F1" w14:textId="77777777" w:rsidR="00C84454" w:rsidRDefault="00000000">
      <w:r>
        <w:t>Parent/Guardian 1: __________________________</w:t>
      </w:r>
      <w:r w:rsidR="00F05DFD">
        <w:t>_________________________________________________________________</w:t>
      </w:r>
      <w:r w:rsidR="00C84454">
        <w:t>____</w:t>
      </w:r>
      <w:r w:rsidR="00F05DFD">
        <w:br/>
      </w:r>
      <w:r>
        <w:br/>
        <w:t>Relationship: __________</w:t>
      </w:r>
      <w:r w:rsidR="00F05DFD">
        <w:t>___</w:t>
      </w:r>
      <w:r w:rsidR="00C84454">
        <w:t>___________________________________________________________________</w:t>
      </w:r>
      <w:r w:rsidR="00C84454">
        <w:br/>
      </w:r>
      <w:r>
        <w:br/>
        <w:t>Phone: __________________</w:t>
      </w:r>
      <w:r w:rsidR="00C84454">
        <w:t>_____________________________________________________________________</w:t>
      </w:r>
      <w:r w:rsidR="00C84454">
        <w:br/>
      </w:r>
      <w:r>
        <w:br/>
        <w:t>Email: __________________</w:t>
      </w:r>
      <w:r w:rsidR="00C84454">
        <w:t>_____________________________________________________________________</w:t>
      </w:r>
    </w:p>
    <w:p w14:paraId="44936F78" w14:textId="38737DD6" w:rsidR="00256C94" w:rsidRDefault="00000000">
      <w:r>
        <w:br/>
      </w:r>
      <w:r>
        <w:br/>
        <w:t>Parent/Guardian 2: __________________________</w:t>
      </w:r>
      <w:r w:rsidR="00C84454">
        <w:t>_______________________________________________</w:t>
      </w:r>
      <w:r w:rsidR="00C84454">
        <w:br/>
      </w:r>
      <w:r>
        <w:br/>
        <w:t>Relationship: __________</w:t>
      </w:r>
      <w:r w:rsidR="00C84454">
        <w:t>_______________________________________________________________________</w:t>
      </w:r>
      <w:r w:rsidR="00C84454">
        <w:br/>
      </w:r>
      <w:r>
        <w:br/>
        <w:t>Phone: __________________</w:t>
      </w:r>
      <w:r w:rsidR="00C84454">
        <w:t>______________________________________________________________________</w:t>
      </w:r>
      <w:r w:rsidR="00C84454">
        <w:br/>
      </w:r>
      <w:r>
        <w:br/>
        <w:t>Email: __________________</w:t>
      </w:r>
    </w:p>
    <w:p w14:paraId="6728297B" w14:textId="56568EAC" w:rsidR="00256C94" w:rsidRDefault="00256C94"/>
    <w:p w14:paraId="0ACC3A30" w14:textId="77777777" w:rsidR="00256C94" w:rsidRDefault="00000000">
      <w:pPr>
        <w:pStyle w:val="Heading2"/>
      </w:pPr>
      <w:r>
        <w:t>Emergency Contacts</w:t>
      </w:r>
    </w:p>
    <w:p w14:paraId="57E1097F" w14:textId="77777777" w:rsidR="00256C94" w:rsidRDefault="00000000">
      <w:r>
        <w:t>1. ______________________________________</w:t>
      </w:r>
      <w:r>
        <w:br/>
        <w:t>Relationship __________ Phone __________</w:t>
      </w:r>
      <w:r>
        <w:br/>
      </w:r>
      <w:r>
        <w:br/>
        <w:t>2. ______________________________________</w:t>
      </w:r>
      <w:r>
        <w:br/>
        <w:t>Relationship __________ Phone __________</w:t>
      </w:r>
      <w:r>
        <w:br/>
      </w:r>
      <w:r>
        <w:br/>
        <w:t>3. ______________________________________</w:t>
      </w:r>
      <w:r>
        <w:br/>
        <w:t>Relationship __________ Phone __________</w:t>
      </w:r>
    </w:p>
    <w:p w14:paraId="6F36209B" w14:textId="77777777" w:rsidR="00256C94" w:rsidRDefault="00000000">
      <w:r>
        <w:br w:type="page"/>
      </w:r>
    </w:p>
    <w:p w14:paraId="0A8DC17D" w14:textId="77777777" w:rsidR="00256C94" w:rsidRDefault="00000000">
      <w:pPr>
        <w:pStyle w:val="Heading2"/>
      </w:pPr>
      <w:r>
        <w:lastRenderedPageBreak/>
        <w:t>Authorized Pick-Up</w:t>
      </w:r>
    </w:p>
    <w:p w14:paraId="7B449087" w14:textId="77777777" w:rsidR="00256C94" w:rsidRDefault="00000000">
      <w:r>
        <w:t>Authorized Adults:</w:t>
      </w:r>
      <w:r>
        <w:br/>
        <w:t>1. ___________________________</w:t>
      </w:r>
      <w:r>
        <w:br/>
        <w:t>2. ___________________________</w:t>
      </w:r>
      <w:r>
        <w:br/>
        <w:t>3. ___________________________</w:t>
      </w:r>
      <w:r>
        <w:br/>
      </w:r>
      <w:r>
        <w:br/>
        <w:t>The following individuals are NOT authorized to pick up my child:</w:t>
      </w:r>
      <w:r>
        <w:br/>
        <w:t>__________________________________________</w:t>
      </w:r>
    </w:p>
    <w:p w14:paraId="0861BB9C" w14:textId="2591CB28" w:rsidR="00256C94" w:rsidRDefault="00256C94"/>
    <w:sectPr w:rsidR="00256C94" w:rsidSect="007131C1">
      <w:headerReference w:type="even" r:id="rId12"/>
      <w:headerReference w:type="default" r:id="rId13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754D6" w14:textId="77777777" w:rsidR="00172D22" w:rsidRDefault="00172D22" w:rsidP="007131C1">
      <w:pPr>
        <w:spacing w:after="0" w:line="240" w:lineRule="auto"/>
      </w:pPr>
      <w:r>
        <w:separator/>
      </w:r>
    </w:p>
  </w:endnote>
  <w:endnote w:type="continuationSeparator" w:id="0">
    <w:p w14:paraId="42E0CCB8" w14:textId="77777777" w:rsidR="00172D22" w:rsidRDefault="00172D22" w:rsidP="00713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D7175" w14:textId="77777777" w:rsidR="00172D22" w:rsidRDefault="00172D22" w:rsidP="007131C1">
      <w:pPr>
        <w:spacing w:after="0" w:line="240" w:lineRule="auto"/>
      </w:pPr>
      <w:r>
        <w:separator/>
      </w:r>
    </w:p>
  </w:footnote>
  <w:footnote w:type="continuationSeparator" w:id="0">
    <w:p w14:paraId="27D34B46" w14:textId="77777777" w:rsidR="00172D22" w:rsidRDefault="00172D22" w:rsidP="00713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18003525"/>
      <w:docPartObj>
        <w:docPartGallery w:val="Page Numbers (Top of Page)"/>
        <w:docPartUnique/>
      </w:docPartObj>
    </w:sdtPr>
    <w:sdtContent>
      <w:p w14:paraId="207A2767" w14:textId="6C7435D7" w:rsidR="007131C1" w:rsidRDefault="007131C1" w:rsidP="004E3B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33F63B" w14:textId="77777777" w:rsidR="007131C1" w:rsidRDefault="007131C1" w:rsidP="007131C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38664487"/>
      <w:docPartObj>
        <w:docPartGallery w:val="Page Numbers (Top of Page)"/>
        <w:docPartUnique/>
      </w:docPartObj>
    </w:sdtPr>
    <w:sdtContent>
      <w:p w14:paraId="0BC2CA4B" w14:textId="015C3707" w:rsidR="007131C1" w:rsidRDefault="007131C1" w:rsidP="004E3BD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D66CC92" w14:textId="1E3FD831" w:rsidR="007131C1" w:rsidRDefault="00D87E9B" w:rsidP="00D87E9B">
    <w:pPr>
      <w:pStyle w:val="Header"/>
      <w:ind w:right="360"/>
      <w:jc w:val="center"/>
    </w:pPr>
    <w:r>
      <w:rPr>
        <w:noProof/>
      </w:rPr>
      <w:drawing>
        <wp:anchor distT="0" distB="0" distL="114300" distR="114300" simplePos="0" relativeHeight="251654656" behindDoc="0" locked="0" layoutInCell="1" allowOverlap="1" wp14:anchorId="1255854D" wp14:editId="7528962B">
          <wp:simplePos x="0" y="0"/>
          <wp:positionH relativeFrom="column">
            <wp:posOffset>2341245</wp:posOffset>
          </wp:positionH>
          <wp:positionV relativeFrom="paragraph">
            <wp:posOffset>-412750</wp:posOffset>
          </wp:positionV>
          <wp:extent cx="829734" cy="829734"/>
          <wp:effectExtent l="0" t="0" r="0" b="0"/>
          <wp:wrapNone/>
          <wp:docPr id="162722765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7227652" name="Picture 16272276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9734" cy="8297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E67075"/>
    <w:multiLevelType w:val="multilevel"/>
    <w:tmpl w:val="35D0E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3040270">
    <w:abstractNumId w:val="8"/>
  </w:num>
  <w:num w:numId="2" w16cid:durableId="219757335">
    <w:abstractNumId w:val="6"/>
  </w:num>
  <w:num w:numId="3" w16cid:durableId="645361210">
    <w:abstractNumId w:val="5"/>
  </w:num>
  <w:num w:numId="4" w16cid:durableId="2049527364">
    <w:abstractNumId w:val="4"/>
  </w:num>
  <w:num w:numId="5" w16cid:durableId="1425298443">
    <w:abstractNumId w:val="7"/>
  </w:num>
  <w:num w:numId="6" w16cid:durableId="1026566364">
    <w:abstractNumId w:val="3"/>
  </w:num>
  <w:num w:numId="7" w16cid:durableId="1631085457">
    <w:abstractNumId w:val="2"/>
  </w:num>
  <w:num w:numId="8" w16cid:durableId="270937761">
    <w:abstractNumId w:val="1"/>
  </w:num>
  <w:num w:numId="9" w16cid:durableId="1579051213">
    <w:abstractNumId w:val="0"/>
  </w:num>
  <w:num w:numId="10" w16cid:durableId="6824407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2A8"/>
    <w:rsid w:val="00034616"/>
    <w:rsid w:val="00057EBE"/>
    <w:rsid w:val="0006063C"/>
    <w:rsid w:val="0009283F"/>
    <w:rsid w:val="00135FBF"/>
    <w:rsid w:val="0015074B"/>
    <w:rsid w:val="001627CC"/>
    <w:rsid w:val="00172D22"/>
    <w:rsid w:val="00256C94"/>
    <w:rsid w:val="00266BE4"/>
    <w:rsid w:val="0029639D"/>
    <w:rsid w:val="002D4889"/>
    <w:rsid w:val="00326F90"/>
    <w:rsid w:val="00481BBF"/>
    <w:rsid w:val="00533E8C"/>
    <w:rsid w:val="00537AC1"/>
    <w:rsid w:val="00575364"/>
    <w:rsid w:val="00575CB2"/>
    <w:rsid w:val="00617D54"/>
    <w:rsid w:val="007131C1"/>
    <w:rsid w:val="008840F5"/>
    <w:rsid w:val="00955C71"/>
    <w:rsid w:val="009B72E8"/>
    <w:rsid w:val="00AA1D8D"/>
    <w:rsid w:val="00B43D4D"/>
    <w:rsid w:val="00B47730"/>
    <w:rsid w:val="00C1061A"/>
    <w:rsid w:val="00C43539"/>
    <w:rsid w:val="00C84454"/>
    <w:rsid w:val="00CB0664"/>
    <w:rsid w:val="00CC1E41"/>
    <w:rsid w:val="00D87E9B"/>
    <w:rsid w:val="00E0373D"/>
    <w:rsid w:val="00E6362D"/>
    <w:rsid w:val="00F05DFD"/>
    <w:rsid w:val="00F51743"/>
    <w:rsid w:val="00F821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E1EFFE"/>
  <w14:defaultImageDpi w14:val="300"/>
  <w15:docId w15:val="{D4D47743-859A-6343-9881-B483ABEA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pple-converted-space">
    <w:name w:val="apple-converted-space"/>
    <w:basedOn w:val="DefaultParagraphFont"/>
    <w:rsid w:val="00575364"/>
  </w:style>
  <w:style w:type="character" w:styleId="PageNumber">
    <w:name w:val="page number"/>
    <w:basedOn w:val="DefaultParagraphFont"/>
    <w:uiPriority w:val="99"/>
    <w:semiHidden/>
    <w:unhideWhenUsed/>
    <w:rsid w:val="007131C1"/>
  </w:style>
  <w:style w:type="paragraph" w:customStyle="1" w:styleId="isselectedend">
    <w:name w:val="isselectedend"/>
    <w:basedOn w:val="Normal"/>
    <w:rsid w:val="00057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57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Sharon Arsenault</cp:lastModifiedBy>
  <cp:revision>3</cp:revision>
  <dcterms:created xsi:type="dcterms:W3CDTF">2026-07-21T05:40:00Z</dcterms:created>
  <dcterms:modified xsi:type="dcterms:W3CDTF">2026-08-30T03:20:00Z</dcterms:modified>
  <cp:category/>
</cp:coreProperties>
</file>